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7C3CA" w14:textId="77777777" w:rsidR="00C77C6C" w:rsidRDefault="00C77C6C">
      <w:pPr>
        <w:pStyle w:val="Title"/>
      </w:pPr>
    </w:p>
    <w:p w14:paraId="1ED2C532" w14:textId="3C2167F9" w:rsidR="00F72AA0" w:rsidRPr="00C77C6C" w:rsidRDefault="002461A7" w:rsidP="00C77C6C">
      <w:pPr>
        <w:pStyle w:val="Title"/>
        <w:jc w:val="center"/>
        <w:rPr>
          <w:sz w:val="28"/>
          <w:szCs w:val="28"/>
        </w:rPr>
      </w:pPr>
      <w:r w:rsidRPr="00C77C6C">
        <w:rPr>
          <w:sz w:val="28"/>
          <w:szCs w:val="28"/>
        </w:rPr>
        <w:t>Event</w:t>
      </w:r>
      <w:r w:rsidR="00BC5604" w:rsidRPr="00C77C6C">
        <w:rPr>
          <w:sz w:val="28"/>
          <w:szCs w:val="28"/>
        </w:rPr>
        <w:t xml:space="preserve">s &amp; </w:t>
      </w:r>
      <w:r w:rsidR="005D118D">
        <w:rPr>
          <w:sz w:val="28"/>
          <w:szCs w:val="28"/>
        </w:rPr>
        <w:t>Programs</w:t>
      </w:r>
      <w:r w:rsidR="00810889" w:rsidRPr="00C77C6C">
        <w:rPr>
          <w:sz w:val="28"/>
          <w:szCs w:val="28"/>
        </w:rPr>
        <w:t xml:space="preserve"> </w:t>
      </w:r>
      <w:r w:rsidRPr="00C77C6C">
        <w:rPr>
          <w:sz w:val="28"/>
          <w:szCs w:val="28"/>
        </w:rPr>
        <w:t>Assistant</w:t>
      </w:r>
    </w:p>
    <w:p w14:paraId="16E3DDD7" w14:textId="77777777" w:rsidR="00F72AA0" w:rsidRDefault="002461A7">
      <w:r>
        <w:t>Calgary Military Family Resource Centre</w:t>
      </w:r>
    </w:p>
    <w:p w14:paraId="3EC2504E" w14:textId="77777777" w:rsidR="00F72AA0" w:rsidRDefault="002461A7">
      <w:r>
        <w:t>The Calgary Military Family Resource Centre (Calgary MFRC) supports and empowers military and Veteran families through connection within our community. We serve families in Calgary, Red Deer and Lethbridge, helping lessen the impact of the unique challenges associated with military life.</w:t>
      </w:r>
    </w:p>
    <w:p w14:paraId="3F8F99F3" w14:textId="77777777" w:rsidR="00F72AA0" w:rsidRDefault="002461A7">
      <w:pPr>
        <w:pStyle w:val="Heading1"/>
      </w:pPr>
      <w:r>
        <w:t>Position details</w:t>
      </w:r>
    </w:p>
    <w:p w14:paraId="0311E269" w14:textId="15273F2B" w:rsidR="00F72AA0" w:rsidRDefault="002461A7">
      <w:r>
        <w:rPr>
          <w:b/>
        </w:rPr>
        <w:t xml:space="preserve">Employment: </w:t>
      </w:r>
      <w:r w:rsidR="003A5976" w:rsidRPr="00C77C6C">
        <w:rPr>
          <w:bCs/>
        </w:rPr>
        <w:t>One year term</w:t>
      </w:r>
      <w:r w:rsidR="00C77C6C" w:rsidRPr="00C77C6C">
        <w:rPr>
          <w:bCs/>
        </w:rPr>
        <w:t>, with the possibility of extension</w:t>
      </w:r>
      <w:r w:rsidR="003A5976" w:rsidRPr="00C77C6C">
        <w:rPr>
          <w:bCs/>
        </w:rPr>
        <w:t>,</w:t>
      </w:r>
      <w:r w:rsidR="003A5976">
        <w:rPr>
          <w:b/>
        </w:rPr>
        <w:t xml:space="preserve"> </w:t>
      </w:r>
      <w:r>
        <w:t>part-time</w:t>
      </w:r>
      <w:r w:rsidR="00C77C6C">
        <w:t>,</w:t>
      </w:r>
      <w:r>
        <w:t xml:space="preserve"> onsite</w:t>
      </w:r>
    </w:p>
    <w:p w14:paraId="60279588" w14:textId="77777777" w:rsidR="00F72AA0" w:rsidRDefault="002461A7">
      <w:r>
        <w:rPr>
          <w:b/>
        </w:rPr>
        <w:t xml:space="preserve">Location: </w:t>
      </w:r>
      <w:r>
        <w:t>4225 Crowchild Trail SW, Calgary</w:t>
      </w:r>
    </w:p>
    <w:p w14:paraId="69A075DF" w14:textId="4D173960" w:rsidR="00F72AA0" w:rsidRDefault="002461A7">
      <w:r>
        <w:rPr>
          <w:b/>
        </w:rPr>
        <w:t xml:space="preserve">Hours: </w:t>
      </w:r>
      <w:r>
        <w:t>Three days per week, 7.5 working hours per day; 22.5 hours per week</w:t>
      </w:r>
      <w:r w:rsidR="00464BCB">
        <w:t>; 8:30 am – 4:30 pm with a ½ hour unpaid lunch.</w:t>
      </w:r>
    </w:p>
    <w:p w14:paraId="4BD6D955" w14:textId="17520968" w:rsidR="00F72AA0" w:rsidRPr="007D4BA7" w:rsidRDefault="002461A7">
      <w:pPr>
        <w:rPr>
          <w:strike/>
        </w:rPr>
      </w:pPr>
      <w:r>
        <w:rPr>
          <w:b/>
        </w:rPr>
        <w:t xml:space="preserve">Schedule: </w:t>
      </w:r>
      <w:r w:rsidR="00BC5604" w:rsidRPr="005D118D">
        <w:t>Monday – Wednesday</w:t>
      </w:r>
      <w:r w:rsidR="007D4BA7" w:rsidRPr="005D118D">
        <w:t>,</w:t>
      </w:r>
      <w:r w:rsidR="007D4BA7">
        <w:t xml:space="preserve"> occasional weekend and evening hours</w:t>
      </w:r>
    </w:p>
    <w:p w14:paraId="0C5C6C3F" w14:textId="32A65055" w:rsidR="00F72AA0" w:rsidRDefault="002461A7">
      <w:r>
        <w:rPr>
          <w:b/>
        </w:rPr>
        <w:t xml:space="preserve">Wage: </w:t>
      </w:r>
      <w:r>
        <w:t>$</w:t>
      </w:r>
      <w:r w:rsidR="00BC5604">
        <w:t>20</w:t>
      </w:r>
      <w:r>
        <w:t xml:space="preserve"> per hour</w:t>
      </w:r>
    </w:p>
    <w:p w14:paraId="50B1629C" w14:textId="77777777" w:rsidR="00F72AA0" w:rsidRDefault="002461A7">
      <w:r>
        <w:rPr>
          <w:b/>
        </w:rPr>
        <w:t xml:space="preserve">Reports to: </w:t>
      </w:r>
      <w:r>
        <w:t>Community Engagement &amp; Events Lead</w:t>
      </w:r>
    </w:p>
    <w:p w14:paraId="4020DD94" w14:textId="77777777" w:rsidR="00F72AA0" w:rsidRDefault="002461A7">
      <w:pPr>
        <w:pStyle w:val="Heading1"/>
      </w:pPr>
      <w:r>
        <w:t>Position overview</w:t>
      </w:r>
    </w:p>
    <w:p w14:paraId="47E1479D" w14:textId="46BDF38E" w:rsidR="00F72AA0" w:rsidRDefault="002461A7">
      <w:r>
        <w:t>The Calgary MFRC is seeking an organized, adaptable Event</w:t>
      </w:r>
      <w:r w:rsidR="00BC5604">
        <w:t xml:space="preserve">s &amp; </w:t>
      </w:r>
      <w:r w:rsidR="00DB35DD">
        <w:t>Outreach</w:t>
      </w:r>
      <w:r w:rsidR="00BC5604">
        <w:t xml:space="preserve"> </w:t>
      </w:r>
      <w:r>
        <w:t>Assistant to support the planning and delivery of events, family programs, outreach activities and summer camps throughout the year. Working with the Community Engagement &amp; Events Lead and program staff, the assistant will coordinate practical details, support volunteers and help create welcoming experiences for military and Veteran families.</w:t>
      </w:r>
    </w:p>
    <w:p w14:paraId="28852B80" w14:textId="77777777" w:rsidR="00F72AA0" w:rsidRDefault="002461A7">
      <w:r>
        <w:t>The successful candidate will provide respectful, professional service to families, colleagues and community partners in person, by phone and online. Regular check-ins will support clear priorities, coordination and accountability. Additional hours and schedule changes will be coordinated with the supervisor in advance whenever possible.</w:t>
      </w:r>
    </w:p>
    <w:p w14:paraId="17E2A2B2" w14:textId="77777777" w:rsidR="00F72AA0" w:rsidRDefault="002461A7">
      <w:pPr>
        <w:pStyle w:val="Heading1"/>
      </w:pPr>
      <w:r>
        <w:t>Key responsibilities</w:t>
      </w:r>
    </w:p>
    <w:p w14:paraId="6C884E4B" w14:textId="77777777" w:rsidR="00F72AA0" w:rsidRDefault="002461A7">
      <w:pPr>
        <w:pStyle w:val="Heading2"/>
      </w:pPr>
      <w:r>
        <w:t>Events and community engagement</w:t>
      </w:r>
    </w:p>
    <w:p w14:paraId="443085F6" w14:textId="118399CF" w:rsidR="00F72AA0" w:rsidRPr="007D4BA7" w:rsidRDefault="002461A7">
      <w:pPr>
        <w:pStyle w:val="ListBullet"/>
      </w:pPr>
      <w:r>
        <w:t xml:space="preserve">Assist </w:t>
      </w:r>
      <w:r w:rsidR="00611A67">
        <w:t xml:space="preserve">the Community Engagement &amp; Events Lead </w:t>
      </w:r>
      <w:r>
        <w:t xml:space="preserve">with planning and delivering events throughout the year, including Stairs of Strength, </w:t>
      </w:r>
      <w:r w:rsidR="0014108E">
        <w:t xml:space="preserve">Stampede Breakfast, Military Family Appreciation Day, Holiday Concerts, Holiday Parties, and more. </w:t>
      </w:r>
    </w:p>
    <w:p w14:paraId="56D7D836" w14:textId="39E09C10" w:rsidR="0014108E" w:rsidRDefault="0014108E">
      <w:pPr>
        <w:pStyle w:val="ListBullet"/>
      </w:pPr>
      <w:r>
        <w:t>Support community engagement initiatives by preparing for, and attending, enrolment ceremonies and parade nights on behalf of Calgary MFRC.</w:t>
      </w:r>
    </w:p>
    <w:p w14:paraId="64F06D69" w14:textId="4497311C" w:rsidR="00611A67" w:rsidRDefault="0014108E" w:rsidP="00611A67">
      <w:pPr>
        <w:pStyle w:val="ListBullet"/>
      </w:pPr>
      <w:r>
        <w:t xml:space="preserve">Work </w:t>
      </w:r>
      <w:r w:rsidR="00611A67">
        <w:t>collaboratively with the Volunteer &amp; Partnerships Coordinator in supporting and overseeing volunteers during events.</w:t>
      </w:r>
    </w:p>
    <w:p w14:paraId="7688B1D7" w14:textId="55A52C45" w:rsidR="00611A67" w:rsidRDefault="00611A67" w:rsidP="00611A67">
      <w:pPr>
        <w:pStyle w:val="ListBullet"/>
      </w:pPr>
      <w:r>
        <w:t>Work alongside the Communications Coordinator to help prepare and plan event communications.</w:t>
      </w:r>
    </w:p>
    <w:p w14:paraId="2A78D550" w14:textId="2C82F2C9" w:rsidR="00611A67" w:rsidRDefault="00611A67" w:rsidP="00611A67">
      <w:pPr>
        <w:pStyle w:val="ListBullet"/>
      </w:pPr>
      <w:r>
        <w:lastRenderedPageBreak/>
        <w:t>Assist with pre- and post-event tasks including shopping for, packing, and loading event supplies and equipment, pre-event, and cleaning and returning items, post-event.</w:t>
      </w:r>
      <w:r w:rsidR="0022659C">
        <w:t xml:space="preserve"> This includes setup and teardown duties as well.</w:t>
      </w:r>
    </w:p>
    <w:p w14:paraId="37336F79" w14:textId="0278000B" w:rsidR="00F72AA0" w:rsidRDefault="002461A7" w:rsidP="00CE7193">
      <w:pPr>
        <w:pStyle w:val="Heading2"/>
      </w:pPr>
      <w:r>
        <w:t>Family programs and summer camps</w:t>
      </w:r>
    </w:p>
    <w:p w14:paraId="4B483D0A" w14:textId="34C439C4" w:rsidR="00F72AA0" w:rsidRDefault="002461A7">
      <w:pPr>
        <w:pStyle w:val="ListBullet"/>
      </w:pPr>
      <w:r>
        <w:t xml:space="preserve">Assist program staff with planning and delivering family activities, workshops and </w:t>
      </w:r>
      <w:r w:rsidR="005E33CA">
        <w:t>youth</w:t>
      </w:r>
      <w:r>
        <w:t xml:space="preserve"> summer camps.</w:t>
      </w:r>
    </w:p>
    <w:p w14:paraId="2D5A786F" w14:textId="77777777" w:rsidR="00F72AA0" w:rsidRDefault="002461A7">
      <w:pPr>
        <w:pStyle w:val="ListBullet"/>
      </w:pPr>
      <w:r>
        <w:t>Prepare activity materials and help organize supplies, equipment and program spaces.</w:t>
      </w:r>
    </w:p>
    <w:p w14:paraId="02CAFEF6" w14:textId="3CE96765" w:rsidR="00F72AA0" w:rsidRDefault="005E33CA">
      <w:pPr>
        <w:pStyle w:val="ListBullet"/>
      </w:pPr>
      <w:r>
        <w:t>S</w:t>
      </w:r>
      <w:r w:rsidR="002461A7">
        <w:t xml:space="preserve">upervision </w:t>
      </w:r>
      <w:r>
        <w:t xml:space="preserve">of campers </w:t>
      </w:r>
      <w:r w:rsidR="002461A7">
        <w:t>and volunteer coordination during camps and activities, following established safety procedures and staff direction.</w:t>
      </w:r>
    </w:p>
    <w:p w14:paraId="00656EB4" w14:textId="17E22845" w:rsidR="00BC5604" w:rsidRDefault="002461A7" w:rsidP="00C77C6C">
      <w:pPr>
        <w:pStyle w:val="ListBullet"/>
      </w:pPr>
      <w:r>
        <w:t>Contribute practical, creative ideas to improve activities and participant experiences.</w:t>
      </w:r>
    </w:p>
    <w:p w14:paraId="6AA954CB" w14:textId="77777777" w:rsidR="00F72AA0" w:rsidRDefault="002461A7">
      <w:pPr>
        <w:pStyle w:val="Heading2"/>
      </w:pPr>
      <w:r>
        <w:t>Administration and teamwork</w:t>
      </w:r>
    </w:p>
    <w:p w14:paraId="4CCDED2E" w14:textId="77777777" w:rsidR="0022659C" w:rsidRDefault="0022659C" w:rsidP="0022659C">
      <w:pPr>
        <w:pStyle w:val="ListBullet"/>
      </w:pPr>
      <w:r>
        <w:t>Support inventory management by monitoring supplies and maintaining accurate inventory records.</w:t>
      </w:r>
    </w:p>
    <w:p w14:paraId="66C5CD60" w14:textId="0655AF0F" w:rsidR="00BC5604" w:rsidRDefault="00BC5604">
      <w:pPr>
        <w:pStyle w:val="ListBullet"/>
      </w:pPr>
      <w:r>
        <w:t>Assist as needed with office reception.</w:t>
      </w:r>
    </w:p>
    <w:p w14:paraId="4872C2C1" w14:textId="64BCD8CE" w:rsidR="00F72AA0" w:rsidRDefault="002461A7">
      <w:pPr>
        <w:pStyle w:val="ListBullet"/>
      </w:pPr>
      <w:r>
        <w:t>Perform other</w:t>
      </w:r>
      <w:r w:rsidR="00FF2BFD">
        <w:t xml:space="preserve"> </w:t>
      </w:r>
      <w:r>
        <w:t>duties within the scope of the role</w:t>
      </w:r>
      <w:r w:rsidR="0022659C">
        <w:t>,</w:t>
      </w:r>
      <w:r>
        <w:t xml:space="preserve"> as assigned.</w:t>
      </w:r>
    </w:p>
    <w:p w14:paraId="75A651C8" w14:textId="77777777" w:rsidR="00F72AA0" w:rsidRDefault="002461A7">
      <w:pPr>
        <w:pStyle w:val="Heading1"/>
      </w:pPr>
      <w:r>
        <w:t>Education and qualifications</w:t>
      </w:r>
    </w:p>
    <w:p w14:paraId="089C6689" w14:textId="264ED03D" w:rsidR="00F72AA0" w:rsidRDefault="002461A7">
      <w:pPr>
        <w:pStyle w:val="ListBullet"/>
      </w:pPr>
      <w:r>
        <w:t>Education or relevant experience in event planning, recreation, early childhood education or a related field.</w:t>
      </w:r>
    </w:p>
    <w:p w14:paraId="0EDE443E" w14:textId="1E226BE6" w:rsidR="00A90ECB" w:rsidRDefault="00A90ECB">
      <w:pPr>
        <w:pStyle w:val="ListBullet"/>
      </w:pPr>
      <w:r w:rsidRPr="00A90ECB">
        <w:t>Has a genuine enthusiasm for working with children and supporting their participation in activities.</w:t>
      </w:r>
    </w:p>
    <w:p w14:paraId="7316596D" w14:textId="24B75B25" w:rsidR="00F72AA0" w:rsidRDefault="002461A7">
      <w:pPr>
        <w:pStyle w:val="ListBullet"/>
      </w:pPr>
      <w:r>
        <w:t>Experience supporting events</w:t>
      </w:r>
      <w:r w:rsidR="00FF2BFD">
        <w:t>.</w:t>
      </w:r>
    </w:p>
    <w:p w14:paraId="3B71ABA0" w14:textId="77777777" w:rsidR="00F72AA0" w:rsidRDefault="002461A7">
      <w:pPr>
        <w:pStyle w:val="ListBullet"/>
      </w:pPr>
      <w:r>
        <w:t>Strong organizational skills and attention to detail, with the ability to manage competing priorities and follow through on assignments.</w:t>
      </w:r>
    </w:p>
    <w:p w14:paraId="216D7057" w14:textId="77777777" w:rsidR="007459DA" w:rsidRDefault="002461A7" w:rsidP="007459DA">
      <w:pPr>
        <w:pStyle w:val="ListBullet"/>
      </w:pPr>
      <w:r>
        <w:t>Excellent interpersonal and communication skills, including confidence speaking to groups.</w:t>
      </w:r>
    </w:p>
    <w:p w14:paraId="1A2C4D5F" w14:textId="25962EAC" w:rsidR="00F72AA0" w:rsidRDefault="007459DA" w:rsidP="007459DA">
      <w:pPr>
        <w:pStyle w:val="ListBullet"/>
      </w:pPr>
      <w:r>
        <w:t>Proven a</w:t>
      </w:r>
      <w:r w:rsidR="002461A7">
        <w:t>bility to work independently and collaboratively, follow direction, accept feedback and solve practical problems.</w:t>
      </w:r>
    </w:p>
    <w:p w14:paraId="41B69918" w14:textId="2CA91CC7" w:rsidR="007459DA" w:rsidRDefault="007459DA">
      <w:pPr>
        <w:pStyle w:val="ListBullet"/>
      </w:pPr>
      <w:r>
        <w:t xml:space="preserve">Ability to take initiative, problem </w:t>
      </w:r>
      <w:r w:rsidR="008172B4">
        <w:t>solve and</w:t>
      </w:r>
      <w:r>
        <w:t xml:space="preserve"> contribute creative ideas to enhance events and participant experiences.</w:t>
      </w:r>
    </w:p>
    <w:p w14:paraId="131EE71A" w14:textId="47422009" w:rsidR="007459DA" w:rsidRDefault="007459DA">
      <w:pPr>
        <w:pStyle w:val="ListBullet"/>
      </w:pPr>
      <w:r>
        <w:t>Flexible, adaptable in fast-paced or changing environments.</w:t>
      </w:r>
    </w:p>
    <w:p w14:paraId="30A0FF9E" w14:textId="77777777" w:rsidR="00F72AA0" w:rsidRDefault="002461A7">
      <w:pPr>
        <w:pStyle w:val="ListBullet"/>
      </w:pPr>
      <w:r>
        <w:t>Proficiency with Microsoft Office 365 and comfort using basic digital tools.</w:t>
      </w:r>
    </w:p>
    <w:p w14:paraId="2B7B1C87" w14:textId="77777777" w:rsidR="00F72AA0" w:rsidRDefault="002461A7">
      <w:pPr>
        <w:pStyle w:val="ListBullet"/>
      </w:pPr>
      <w:r>
        <w:t>Availability to work three days per week and occasional additional evening and weekend hours.</w:t>
      </w:r>
    </w:p>
    <w:p w14:paraId="2D022F80" w14:textId="77777777" w:rsidR="00F72AA0" w:rsidRDefault="002461A7">
      <w:pPr>
        <w:pStyle w:val="ListBullet"/>
      </w:pPr>
      <w:r>
        <w:t>Ability to lift and carry event supplies and equipment weighing up to 50 lbs.</w:t>
      </w:r>
    </w:p>
    <w:p w14:paraId="47E50DC7" w14:textId="1AC1A23A" w:rsidR="00F72AA0" w:rsidRDefault="002461A7">
      <w:pPr>
        <w:pStyle w:val="ListBullet"/>
      </w:pPr>
      <w:r>
        <w:t xml:space="preserve">Valid driver’s </w:t>
      </w:r>
      <w:r w:rsidR="008172B4">
        <w:t>license</w:t>
      </w:r>
      <w:r>
        <w:t xml:space="preserve"> and a clean driver’s abstract.</w:t>
      </w:r>
    </w:p>
    <w:p w14:paraId="394E61B0" w14:textId="77777777" w:rsidR="00F72AA0" w:rsidRDefault="002461A7">
      <w:pPr>
        <w:pStyle w:val="ListBullet"/>
      </w:pPr>
      <w:r>
        <w:t>Successful completion of a Police Security Check, including Vulnerable Sector Clearance.</w:t>
      </w:r>
    </w:p>
    <w:p w14:paraId="511ADFD6" w14:textId="77777777" w:rsidR="0022659C" w:rsidRDefault="002461A7">
      <w:pPr>
        <w:pStyle w:val="ListBullet"/>
      </w:pPr>
      <w:r>
        <w:t>Knowledge of military life and MFRC programs is an asset</w:t>
      </w:r>
    </w:p>
    <w:p w14:paraId="0F0660FA" w14:textId="0D894D69" w:rsidR="00F72AA0" w:rsidRDefault="002461A7">
      <w:pPr>
        <w:pStyle w:val="ListBullet"/>
      </w:pPr>
      <w:r>
        <w:t>English and French bilingualism is an asset.</w:t>
      </w:r>
    </w:p>
    <w:p w14:paraId="00103513" w14:textId="77777777" w:rsidR="00BC5604" w:rsidRDefault="00BC5604"/>
    <w:p w14:paraId="285EDA7C" w14:textId="7570B658" w:rsidR="00F72AA0" w:rsidRDefault="002461A7">
      <w:r>
        <w:t>We are proud to create a diverse environment and to be an equal opportunity employer. Thank you for your interest; only candidates selected for pre-screening will be contacted.</w:t>
      </w:r>
    </w:p>
    <w:p w14:paraId="243D3407" w14:textId="77777777" w:rsidR="005D118D" w:rsidRDefault="005D118D" w:rsidP="007459DA">
      <w:pPr>
        <w:rPr>
          <w:b/>
          <w:bCs/>
        </w:rPr>
      </w:pPr>
    </w:p>
    <w:p w14:paraId="6CFD7772" w14:textId="77777777" w:rsidR="005D118D" w:rsidRDefault="005D118D" w:rsidP="007459DA">
      <w:pPr>
        <w:rPr>
          <w:b/>
          <w:bCs/>
        </w:rPr>
      </w:pPr>
    </w:p>
    <w:p w14:paraId="523CE7E7" w14:textId="77777777" w:rsidR="007464F7" w:rsidRDefault="007464F7" w:rsidP="007459DA">
      <w:pPr>
        <w:rPr>
          <w:b/>
          <w:bCs/>
        </w:rPr>
      </w:pPr>
    </w:p>
    <w:p w14:paraId="03A82A8C" w14:textId="7CD3DC16" w:rsidR="007459DA" w:rsidRPr="007459DA" w:rsidRDefault="007459DA" w:rsidP="007459DA">
      <w:r w:rsidRPr="007459DA">
        <w:rPr>
          <w:b/>
          <w:bCs/>
        </w:rPr>
        <w:t>Our Mission:</w:t>
      </w:r>
      <w:r w:rsidRPr="007459DA">
        <w:t> Support and empower military and veteran families, through connection within our community. </w:t>
      </w:r>
    </w:p>
    <w:p w14:paraId="6574ED7C" w14:textId="77777777" w:rsidR="007459DA" w:rsidRPr="007459DA" w:rsidRDefault="007459DA" w:rsidP="007459DA">
      <w:r w:rsidRPr="007459DA">
        <w:t>The Calgary MFRC is committed to the following ethical values to meet the mission:</w:t>
      </w:r>
    </w:p>
    <w:p w14:paraId="51C7A9D4" w14:textId="77777777" w:rsidR="007459DA" w:rsidRPr="007459DA" w:rsidRDefault="007459DA" w:rsidP="007459DA">
      <w:r w:rsidRPr="007459DA">
        <w:rPr>
          <w:b/>
          <w:bCs/>
        </w:rPr>
        <w:t>Service</w:t>
      </w:r>
      <w:r w:rsidRPr="007459DA">
        <w:t>. Our military family community is at the heart of everything we do. We listen, adapt, and deliver. When we work hard, respond with urgency and act in service to others, we create a lasting and positive impact.</w:t>
      </w:r>
    </w:p>
    <w:p w14:paraId="73CB068D" w14:textId="77777777" w:rsidR="007459DA" w:rsidRPr="007459DA" w:rsidRDefault="007459DA" w:rsidP="007459DA">
      <w:r w:rsidRPr="007459DA">
        <w:rPr>
          <w:b/>
          <w:bCs/>
        </w:rPr>
        <w:t>Unity</w:t>
      </w:r>
      <w:r w:rsidRPr="007459DA">
        <w:t>. Together, we are stronger. We believe that individual differences strengthen our community, and we embrace the evolving deﬁnition of family. We approach our work with a collaborative mindset and nurture relationships based on equality and inclusion.</w:t>
      </w:r>
    </w:p>
    <w:p w14:paraId="4EC73593" w14:textId="77777777" w:rsidR="007459DA" w:rsidRPr="007459DA" w:rsidRDefault="007459DA" w:rsidP="007459DA">
      <w:r w:rsidRPr="007459DA">
        <w:rPr>
          <w:b/>
          <w:bCs/>
        </w:rPr>
        <w:t>Impact</w:t>
      </w:r>
      <w:r w:rsidRPr="007459DA">
        <w:t>. We care deeply about the work we do and the people we serve. We are dedicated to building resilience and constantly seeking new ways to deepen our impact. We’re empowered to make decisions that are best for the long-term health of the military family community we serve.</w:t>
      </w:r>
    </w:p>
    <w:p w14:paraId="1DBD1504" w14:textId="65D0F9F8" w:rsidR="007459DA" w:rsidRDefault="007459DA">
      <w:r w:rsidRPr="007459DA">
        <w:rPr>
          <w:b/>
          <w:bCs/>
        </w:rPr>
        <w:t>Integrity</w:t>
      </w:r>
      <w:r w:rsidRPr="007459DA">
        <w:t>. We act truthfully, operate honourably, and do the right thing always. We support and share responsibility with the members of our team, showing empathy and respect along the way. We build trust through transparency, conﬁdentiality and open communication.</w:t>
      </w:r>
    </w:p>
    <w:sectPr w:rsidR="007459DA" w:rsidSect="00034616">
      <w:headerReference w:type="default" r:id="rId8"/>
      <w:footerReference w:type="even" r:id="rId9"/>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F22B" w14:textId="77777777" w:rsidR="000E1CF8" w:rsidRDefault="000E1CF8" w:rsidP="00C77C6C">
      <w:pPr>
        <w:spacing w:after="0" w:line="240" w:lineRule="auto"/>
      </w:pPr>
      <w:r>
        <w:separator/>
      </w:r>
    </w:p>
  </w:endnote>
  <w:endnote w:type="continuationSeparator" w:id="0">
    <w:p w14:paraId="0440413B" w14:textId="77777777" w:rsidR="000E1CF8" w:rsidRDefault="000E1CF8" w:rsidP="00C77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9327017"/>
      <w:docPartObj>
        <w:docPartGallery w:val="Page Numbers (Bottom of Page)"/>
        <w:docPartUnique/>
      </w:docPartObj>
    </w:sdtPr>
    <w:sdtContent>
      <w:p w14:paraId="11345FF9" w14:textId="779BFEA5" w:rsidR="00B8585D" w:rsidRDefault="00B8585D" w:rsidP="00B34C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76D272F" w14:textId="77777777" w:rsidR="00B8585D" w:rsidRDefault="00B8585D" w:rsidP="00B858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8012104"/>
      <w:docPartObj>
        <w:docPartGallery w:val="Page Numbers (Bottom of Page)"/>
        <w:docPartUnique/>
      </w:docPartObj>
    </w:sdtPr>
    <w:sdtContent>
      <w:p w14:paraId="5915999C" w14:textId="799E1922" w:rsidR="00B8585D" w:rsidRDefault="00B8585D" w:rsidP="00B34C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43E1C4" w14:textId="66F18D03" w:rsidR="00B8585D" w:rsidRPr="00B8585D" w:rsidRDefault="00B8585D" w:rsidP="00B8585D">
    <w:pPr>
      <w:pStyle w:val="Footer"/>
      <w:ind w:right="360"/>
      <w:rPr>
        <w:lang w:val="en-CA"/>
      </w:rPr>
    </w:pPr>
    <w:r>
      <w:rPr>
        <w:lang w:val="en-CA"/>
      </w:rPr>
      <w:t xml:space="preserve">Events &amp; </w:t>
    </w:r>
    <w:r w:rsidR="007D4BA7">
      <w:rPr>
        <w:lang w:val="en-CA"/>
      </w:rPr>
      <w:t>Programs Assistant</w:t>
    </w:r>
    <w:r>
      <w:rPr>
        <w:lang w:val="en-C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151D" w14:textId="77777777" w:rsidR="000E1CF8" w:rsidRDefault="000E1CF8" w:rsidP="00C77C6C">
      <w:pPr>
        <w:spacing w:after="0" w:line="240" w:lineRule="auto"/>
      </w:pPr>
      <w:r>
        <w:separator/>
      </w:r>
    </w:p>
  </w:footnote>
  <w:footnote w:type="continuationSeparator" w:id="0">
    <w:p w14:paraId="6B615DF6" w14:textId="77777777" w:rsidR="000E1CF8" w:rsidRDefault="000E1CF8" w:rsidP="00C77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247B" w14:textId="1149FD4E" w:rsidR="00C77C6C" w:rsidRDefault="00C77C6C">
    <w:pPr>
      <w:pStyle w:val="Header"/>
    </w:pPr>
    <w:r>
      <w:rPr>
        <w:noProof/>
      </w:rPr>
      <w:drawing>
        <wp:inline distT="0" distB="0" distL="0" distR="0" wp14:anchorId="5E8748B0" wp14:editId="7E83DE58">
          <wp:extent cx="2150534" cy="594990"/>
          <wp:effectExtent l="0" t="0" r="0" b="2540"/>
          <wp:docPr id="415448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48782" name="Picture 415448782"/>
                  <pic:cNvPicPr/>
                </pic:nvPicPr>
                <pic:blipFill>
                  <a:blip r:embed="rId1"/>
                  <a:stretch>
                    <a:fillRect/>
                  </a:stretch>
                </pic:blipFill>
                <pic:spPr>
                  <a:xfrm>
                    <a:off x="0" y="0"/>
                    <a:ext cx="2187444" cy="6052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F567B1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75C3D9E"/>
    <w:multiLevelType w:val="multilevel"/>
    <w:tmpl w:val="4996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9758155">
    <w:abstractNumId w:val="8"/>
  </w:num>
  <w:num w:numId="2" w16cid:durableId="163130575">
    <w:abstractNumId w:val="6"/>
  </w:num>
  <w:num w:numId="3" w16cid:durableId="1930767420">
    <w:abstractNumId w:val="5"/>
  </w:num>
  <w:num w:numId="4" w16cid:durableId="1758862646">
    <w:abstractNumId w:val="4"/>
  </w:num>
  <w:num w:numId="5" w16cid:durableId="1601526808">
    <w:abstractNumId w:val="7"/>
  </w:num>
  <w:num w:numId="6" w16cid:durableId="543299270">
    <w:abstractNumId w:val="3"/>
  </w:num>
  <w:num w:numId="7" w16cid:durableId="6058842">
    <w:abstractNumId w:val="2"/>
  </w:num>
  <w:num w:numId="8" w16cid:durableId="541669375">
    <w:abstractNumId w:val="1"/>
  </w:num>
  <w:num w:numId="9" w16cid:durableId="1333682588">
    <w:abstractNumId w:val="0"/>
  </w:num>
  <w:num w:numId="10" w16cid:durableId="688915340">
    <w:abstractNumId w:val="9"/>
  </w:num>
  <w:num w:numId="11" w16cid:durableId="6180319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E81"/>
    <w:rsid w:val="00034616"/>
    <w:rsid w:val="000378B8"/>
    <w:rsid w:val="0006063C"/>
    <w:rsid w:val="000E1CF8"/>
    <w:rsid w:val="000F71CE"/>
    <w:rsid w:val="0010795A"/>
    <w:rsid w:val="0014108E"/>
    <w:rsid w:val="0015074B"/>
    <w:rsid w:val="001C5241"/>
    <w:rsid w:val="0022659C"/>
    <w:rsid w:val="002461A7"/>
    <w:rsid w:val="0029639D"/>
    <w:rsid w:val="002A0426"/>
    <w:rsid w:val="00326F90"/>
    <w:rsid w:val="003A5976"/>
    <w:rsid w:val="00464BCB"/>
    <w:rsid w:val="005D118D"/>
    <w:rsid w:val="005E33CA"/>
    <w:rsid w:val="00611A67"/>
    <w:rsid w:val="007459DA"/>
    <w:rsid w:val="007464F7"/>
    <w:rsid w:val="007929DD"/>
    <w:rsid w:val="007D4BA7"/>
    <w:rsid w:val="00810889"/>
    <w:rsid w:val="008172B4"/>
    <w:rsid w:val="00991763"/>
    <w:rsid w:val="009E7202"/>
    <w:rsid w:val="00A90ECB"/>
    <w:rsid w:val="00AA1D8D"/>
    <w:rsid w:val="00B47730"/>
    <w:rsid w:val="00B7225A"/>
    <w:rsid w:val="00B8585D"/>
    <w:rsid w:val="00BC5604"/>
    <w:rsid w:val="00C76354"/>
    <w:rsid w:val="00C77C6C"/>
    <w:rsid w:val="00C953D4"/>
    <w:rsid w:val="00CB0664"/>
    <w:rsid w:val="00CE7193"/>
    <w:rsid w:val="00DB35DD"/>
    <w:rsid w:val="00DB4B5E"/>
    <w:rsid w:val="00F71475"/>
    <w:rsid w:val="00F72AA0"/>
    <w:rsid w:val="00FC693F"/>
    <w:rsid w:val="00FF2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A8CABE"/>
  <w14:defaultImageDpi w14:val="300"/>
  <w15:docId w15:val="{58DB04BD-2684-A048-8B73-92DCC0B7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8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B8585D"/>
  </w:style>
  <w:style w:type="paragraph" w:styleId="Revision">
    <w:name w:val="Revision"/>
    <w:hidden/>
    <w:uiPriority w:val="99"/>
    <w:semiHidden/>
    <w:rsid w:val="00C76354"/>
    <w:pPr>
      <w:spacing w:after="0" w:line="240" w:lineRule="auto"/>
    </w:pPr>
    <w:rPr>
      <w:rFonts w:ascii="Calibri" w:hAnsi="Calibri"/>
      <w:color w:val="000000"/>
    </w:rPr>
  </w:style>
  <w:style w:type="paragraph" w:styleId="NormalWeb">
    <w:name w:val="Normal (Web)"/>
    <w:basedOn w:val="Normal"/>
    <w:uiPriority w:val="99"/>
    <w:semiHidden/>
    <w:unhideWhenUsed/>
    <w:rsid w:val="00C7635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23E81"/>
    <w:rPr>
      <w:sz w:val="16"/>
      <w:szCs w:val="16"/>
    </w:rPr>
  </w:style>
  <w:style w:type="paragraph" w:styleId="CommentText">
    <w:name w:val="annotation text"/>
    <w:basedOn w:val="Normal"/>
    <w:link w:val="CommentTextChar"/>
    <w:uiPriority w:val="99"/>
    <w:semiHidden/>
    <w:unhideWhenUsed/>
    <w:rsid w:val="00023E81"/>
    <w:pPr>
      <w:spacing w:line="240" w:lineRule="auto"/>
    </w:pPr>
    <w:rPr>
      <w:sz w:val="20"/>
      <w:szCs w:val="20"/>
    </w:rPr>
  </w:style>
  <w:style w:type="character" w:customStyle="1" w:styleId="CommentTextChar">
    <w:name w:val="Comment Text Char"/>
    <w:basedOn w:val="DefaultParagraphFont"/>
    <w:link w:val="CommentText"/>
    <w:uiPriority w:val="99"/>
    <w:semiHidden/>
    <w:rsid w:val="00023E81"/>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023E81"/>
    <w:rPr>
      <w:b/>
      <w:bCs/>
    </w:rPr>
  </w:style>
  <w:style w:type="character" w:customStyle="1" w:styleId="CommentSubjectChar">
    <w:name w:val="Comment Subject Char"/>
    <w:basedOn w:val="CommentTextChar"/>
    <w:link w:val="CommentSubject"/>
    <w:uiPriority w:val="99"/>
    <w:semiHidden/>
    <w:rsid w:val="00023E81"/>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Adriel Brennan</cp:lastModifiedBy>
  <cp:revision>2</cp:revision>
  <dcterms:created xsi:type="dcterms:W3CDTF">2026-10-16T15:24:00Z</dcterms:created>
  <dcterms:modified xsi:type="dcterms:W3CDTF">2026-10-16T15:24:00Z</dcterms:modified>
  <cp:category/>
</cp:coreProperties>
</file>